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4FF164" w14:textId="5E877ABD" w:rsidR="00BC10AD" w:rsidRPr="007F2738" w:rsidRDefault="003A1C3A">
      <w:pPr>
        <w:jc w:val="center"/>
        <w:rPr>
          <w:rFonts w:ascii="Garamond" w:hAnsi="Garamond" w:cstheme="majorHAnsi"/>
          <w:sz w:val="24"/>
          <w:szCs w:val="24"/>
        </w:rPr>
      </w:pPr>
      <w:r w:rsidRPr="007F2738">
        <w:rPr>
          <w:rFonts w:ascii="Garamond" w:hAnsi="Garamond" w:cstheme="majorHAnsi"/>
          <w:b/>
          <w:sz w:val="24"/>
          <w:szCs w:val="24"/>
        </w:rPr>
        <w:t>ALLEGATO A – ISTANZA DI MANIFESTAZIONE DI INTERESSE</w:t>
      </w:r>
    </w:p>
    <w:p w14:paraId="3BEC6BA2" w14:textId="77777777" w:rsidR="00BC10AD" w:rsidRPr="007F2738" w:rsidRDefault="003A1C3A">
      <w:pPr>
        <w:jc w:val="center"/>
        <w:rPr>
          <w:rFonts w:ascii="Garamond" w:hAnsi="Garamond" w:cstheme="majorHAnsi"/>
          <w:sz w:val="24"/>
          <w:szCs w:val="24"/>
        </w:rPr>
      </w:pPr>
      <w:r w:rsidRPr="007F2738">
        <w:rPr>
          <w:rFonts w:ascii="Garamond" w:hAnsi="Garamond" w:cstheme="majorHAnsi"/>
          <w:b/>
          <w:sz w:val="24"/>
          <w:szCs w:val="24"/>
        </w:rPr>
        <w:t xml:space="preserve">e </w:t>
      </w:r>
      <w:proofErr w:type="spellStart"/>
      <w:r w:rsidRPr="007F2738">
        <w:rPr>
          <w:rFonts w:ascii="Garamond" w:hAnsi="Garamond" w:cstheme="majorHAnsi"/>
          <w:b/>
          <w:sz w:val="24"/>
          <w:szCs w:val="24"/>
        </w:rPr>
        <w:t>dichiarazioni</w:t>
      </w:r>
      <w:proofErr w:type="spellEnd"/>
      <w:r w:rsidRPr="007F2738">
        <w:rPr>
          <w:rFonts w:ascii="Garamond" w:hAnsi="Garamond" w:cstheme="majorHAnsi"/>
          <w:b/>
          <w:sz w:val="24"/>
          <w:szCs w:val="24"/>
        </w:rPr>
        <w:t xml:space="preserve"> (</w:t>
      </w:r>
      <w:proofErr w:type="spellStart"/>
      <w:r w:rsidRPr="007F2738">
        <w:rPr>
          <w:rFonts w:ascii="Garamond" w:hAnsi="Garamond" w:cstheme="majorHAnsi"/>
          <w:b/>
          <w:sz w:val="24"/>
          <w:szCs w:val="24"/>
        </w:rPr>
        <w:t>artt</w:t>
      </w:r>
      <w:proofErr w:type="spellEnd"/>
      <w:r w:rsidRPr="007F2738">
        <w:rPr>
          <w:rFonts w:ascii="Garamond" w:hAnsi="Garamond" w:cstheme="majorHAnsi"/>
          <w:b/>
          <w:sz w:val="24"/>
          <w:szCs w:val="24"/>
        </w:rPr>
        <w:t>. 46 e 47 D.P.R. 445/2000)</w:t>
      </w:r>
    </w:p>
    <w:p w14:paraId="5201389D" w14:textId="7BA6D014" w:rsidR="00C12C2F" w:rsidRPr="007F2738" w:rsidRDefault="003A1C3A" w:rsidP="00C12C2F">
      <w:pPr>
        <w:jc w:val="both"/>
        <w:rPr>
          <w:rFonts w:ascii="Garamond" w:hAnsi="Garamond" w:cstheme="majorHAnsi"/>
          <w:sz w:val="24"/>
          <w:szCs w:val="24"/>
        </w:rPr>
      </w:pPr>
      <w:proofErr w:type="spellStart"/>
      <w:r w:rsidRPr="007F2738">
        <w:rPr>
          <w:rFonts w:ascii="Garamond" w:hAnsi="Garamond" w:cstheme="majorHAnsi"/>
          <w:sz w:val="24"/>
          <w:szCs w:val="24"/>
        </w:rPr>
        <w:t>Spett.le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Istituzione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scolastica</w:t>
      </w:r>
      <w:proofErr w:type="spellEnd"/>
      <w:r w:rsidR="00C12C2F" w:rsidRPr="007F2738">
        <w:rPr>
          <w:rFonts w:ascii="Garamond" w:hAnsi="Garamond" w:cstheme="majorHAnsi"/>
          <w:sz w:val="24"/>
          <w:szCs w:val="24"/>
        </w:rPr>
        <w:t>:</w:t>
      </w:r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="00C12C2F" w:rsidRPr="007F2738">
        <w:rPr>
          <w:rFonts w:ascii="Garamond" w:hAnsi="Garamond" w:cstheme="majorHAnsi"/>
          <w:sz w:val="24"/>
          <w:szCs w:val="24"/>
        </w:rPr>
        <w:t>Istituto</w:t>
      </w:r>
      <w:proofErr w:type="spellEnd"/>
      <w:r w:rsidR="00C12C2F" w:rsidRPr="007F2738">
        <w:rPr>
          <w:rFonts w:ascii="Garamond" w:hAnsi="Garamond" w:cstheme="majorHAnsi"/>
          <w:sz w:val="24"/>
          <w:szCs w:val="24"/>
        </w:rPr>
        <w:t xml:space="preserve"> di </w:t>
      </w:r>
      <w:proofErr w:type="spellStart"/>
      <w:r w:rsidR="00C12C2F" w:rsidRPr="007F2738">
        <w:rPr>
          <w:rFonts w:ascii="Garamond" w:hAnsi="Garamond" w:cstheme="majorHAnsi"/>
          <w:sz w:val="24"/>
          <w:szCs w:val="24"/>
        </w:rPr>
        <w:t>Istruzione</w:t>
      </w:r>
      <w:proofErr w:type="spellEnd"/>
      <w:r w:rsidR="00C12C2F" w:rsidRPr="007F2738">
        <w:rPr>
          <w:rFonts w:ascii="Garamond" w:hAnsi="Garamond" w:cstheme="majorHAnsi"/>
          <w:sz w:val="24"/>
          <w:szCs w:val="24"/>
        </w:rPr>
        <w:t xml:space="preserve"> Superiore (</w:t>
      </w:r>
      <w:r w:rsidRPr="007F2738">
        <w:rPr>
          <w:rFonts w:ascii="Garamond" w:hAnsi="Garamond" w:cstheme="majorHAnsi"/>
          <w:sz w:val="24"/>
          <w:szCs w:val="24"/>
        </w:rPr>
        <w:t>c</w:t>
      </w:r>
      <w:r w:rsidR="00C12C2F" w:rsidRPr="007F2738">
        <w:rPr>
          <w:rFonts w:ascii="Garamond" w:hAnsi="Garamond" w:cstheme="majorHAnsi"/>
          <w:sz w:val="24"/>
          <w:szCs w:val="24"/>
        </w:rPr>
        <w:t xml:space="preserve">on </w:t>
      </w:r>
      <w:proofErr w:type="spellStart"/>
      <w:r w:rsidR="00C12C2F" w:rsidRPr="007F2738">
        <w:rPr>
          <w:rFonts w:ascii="Garamond" w:hAnsi="Garamond" w:cstheme="majorHAnsi"/>
          <w:sz w:val="24"/>
          <w:szCs w:val="24"/>
        </w:rPr>
        <w:t>convitto</w:t>
      </w:r>
      <w:proofErr w:type="spellEnd"/>
      <w:r w:rsidR="00C12C2F"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="00C12C2F" w:rsidRPr="007F2738">
        <w:rPr>
          <w:rFonts w:ascii="Garamond" w:hAnsi="Garamond" w:cstheme="majorHAnsi"/>
          <w:sz w:val="24"/>
          <w:szCs w:val="24"/>
        </w:rPr>
        <w:t>annesso</w:t>
      </w:r>
      <w:proofErr w:type="spellEnd"/>
      <w:r w:rsidR="00C12C2F" w:rsidRPr="007F2738">
        <w:rPr>
          <w:rFonts w:ascii="Garamond" w:hAnsi="Garamond" w:cstheme="majorHAnsi"/>
          <w:sz w:val="24"/>
          <w:szCs w:val="24"/>
        </w:rPr>
        <w:t>) "Di Pasca - Fortunato"</w:t>
      </w:r>
    </w:p>
    <w:p w14:paraId="5C3D0D92" w14:textId="13E5C16B" w:rsidR="00C12C2F" w:rsidRPr="007F2738" w:rsidRDefault="003A1C3A" w:rsidP="00C12C2F">
      <w:pPr>
        <w:jc w:val="both"/>
        <w:rPr>
          <w:rFonts w:ascii="Garamond" w:hAnsi="Garamond" w:cstheme="majorHAnsi"/>
          <w:sz w:val="24"/>
          <w:szCs w:val="24"/>
        </w:rPr>
      </w:pPr>
      <w:r w:rsidRPr="007F2738">
        <w:rPr>
          <w:rFonts w:ascii="Garamond" w:hAnsi="Garamond" w:cstheme="majorHAnsi"/>
          <w:sz w:val="24"/>
          <w:szCs w:val="24"/>
        </w:rPr>
        <w:t xml:space="preserve">PEC: </w:t>
      </w:r>
      <w:r w:rsidR="00C12C2F" w:rsidRPr="007F2738">
        <w:rPr>
          <w:rFonts w:ascii="Garamond" w:hAnsi="Garamond" w:cstheme="majorHAnsi"/>
          <w:sz w:val="24"/>
          <w:szCs w:val="24"/>
        </w:rPr>
        <w:t>pzis03200v@pec.istruzione.it</w:t>
      </w:r>
    </w:p>
    <w:p w14:paraId="77EA0BAD" w14:textId="4F1B2A29" w:rsidR="00BC10AD" w:rsidRPr="007F2738" w:rsidRDefault="003A1C3A" w:rsidP="00C12C2F">
      <w:pPr>
        <w:jc w:val="both"/>
        <w:rPr>
          <w:rFonts w:ascii="Garamond" w:hAnsi="Garamond" w:cstheme="majorHAnsi"/>
          <w:sz w:val="24"/>
          <w:szCs w:val="24"/>
        </w:rPr>
      </w:pPr>
      <w:r w:rsidRPr="007F2738">
        <w:rPr>
          <w:rFonts w:ascii="Garamond" w:hAnsi="Garamond" w:cstheme="majorHAnsi"/>
          <w:sz w:val="24"/>
          <w:szCs w:val="24"/>
        </w:rPr>
        <w:t>PN “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Scuola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e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Competenze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” 2021–2027 – FESR –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Avviso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prot.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n. 88927 del 03/06/2025 –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Manifestazione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di interesse per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fornitura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beni</w:t>
      </w:r>
      <w:proofErr w:type="spellEnd"/>
      <w:r w:rsidRPr="007F2738">
        <w:rPr>
          <w:rFonts w:ascii="Garamond" w:hAnsi="Garamond" w:cstheme="majorHAnsi"/>
          <w:sz w:val="24"/>
          <w:szCs w:val="24"/>
        </w:rPr>
        <w:t>/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attrezzature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laboratori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innovativi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e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avanzati</w:t>
      </w:r>
      <w:proofErr w:type="spellEnd"/>
      <w:r w:rsidRPr="007F2738">
        <w:rPr>
          <w:rFonts w:ascii="Garamond" w:hAnsi="Garamond" w:cstheme="majorHAnsi"/>
          <w:sz w:val="24"/>
          <w:szCs w:val="24"/>
        </w:rPr>
        <w:t>.</w:t>
      </w:r>
    </w:p>
    <w:p w14:paraId="3ECE8819" w14:textId="77777777" w:rsidR="003A1C3A" w:rsidRPr="007F2738" w:rsidRDefault="003A1C3A" w:rsidP="003A1C3A">
      <w:pPr>
        <w:spacing w:after="0" w:line="240" w:lineRule="auto"/>
        <w:jc w:val="both"/>
        <w:rPr>
          <w:rFonts w:ascii="Garamond" w:hAnsi="Garamond" w:cstheme="minorHAnsi"/>
          <w:bCs/>
          <w:sz w:val="24"/>
          <w:szCs w:val="24"/>
          <w:highlight w:val="yellow"/>
        </w:rPr>
      </w:pPr>
      <w:r w:rsidRPr="007F2738">
        <w:rPr>
          <w:rFonts w:ascii="Garamond" w:hAnsi="Garamond" w:cstheme="minorHAnsi"/>
          <w:b/>
          <w:sz w:val="24"/>
          <w:szCs w:val="24"/>
        </w:rPr>
        <w:t xml:space="preserve">Titolo del Progetto: </w:t>
      </w:r>
      <w:proofErr w:type="spellStart"/>
      <w:r w:rsidRPr="007F2738">
        <w:rPr>
          <w:rFonts w:ascii="Garamond" w:hAnsi="Garamond" w:cstheme="minorHAnsi"/>
          <w:b/>
          <w:sz w:val="24"/>
          <w:szCs w:val="24"/>
        </w:rPr>
        <w:t>Competenze</w:t>
      </w:r>
      <w:proofErr w:type="spellEnd"/>
      <w:r w:rsidRPr="007F2738">
        <w:rPr>
          <w:rFonts w:ascii="Garamond" w:hAnsi="Garamond" w:cstheme="minorHAnsi"/>
          <w:b/>
          <w:sz w:val="24"/>
          <w:szCs w:val="24"/>
        </w:rPr>
        <w:t xml:space="preserve"> in azione: </w:t>
      </w:r>
      <w:proofErr w:type="spellStart"/>
      <w:r w:rsidRPr="007F2738">
        <w:rPr>
          <w:rFonts w:ascii="Garamond" w:hAnsi="Garamond" w:cstheme="minorHAnsi"/>
          <w:b/>
          <w:sz w:val="24"/>
          <w:szCs w:val="24"/>
        </w:rPr>
        <w:t>Laboratori</w:t>
      </w:r>
      <w:proofErr w:type="spellEnd"/>
      <w:r w:rsidRPr="007F2738">
        <w:rPr>
          <w:rFonts w:ascii="Garamond" w:hAnsi="Garamond" w:cstheme="minorHAnsi"/>
          <w:b/>
          <w:sz w:val="24"/>
          <w:szCs w:val="24"/>
        </w:rPr>
        <w:t xml:space="preserve"> per la </w:t>
      </w:r>
      <w:proofErr w:type="spellStart"/>
      <w:r w:rsidRPr="007F2738">
        <w:rPr>
          <w:rFonts w:ascii="Garamond" w:hAnsi="Garamond" w:cstheme="minorHAnsi"/>
          <w:b/>
          <w:sz w:val="24"/>
          <w:szCs w:val="24"/>
        </w:rPr>
        <w:t>Formazione</w:t>
      </w:r>
      <w:proofErr w:type="spellEnd"/>
      <w:r w:rsidRPr="007F2738">
        <w:rPr>
          <w:rFonts w:ascii="Garamond" w:hAnsi="Garamond" w:cstheme="minorHAnsi"/>
          <w:b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inorHAnsi"/>
          <w:b/>
          <w:sz w:val="24"/>
          <w:szCs w:val="24"/>
        </w:rPr>
        <w:t>Professionale</w:t>
      </w:r>
      <w:proofErr w:type="spellEnd"/>
      <w:r w:rsidRPr="007F2738">
        <w:rPr>
          <w:rFonts w:ascii="Garamond" w:hAnsi="Garamond" w:cstheme="minorHAnsi"/>
          <w:b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inorHAnsi"/>
          <w:b/>
          <w:sz w:val="24"/>
          <w:szCs w:val="24"/>
        </w:rPr>
        <w:t>Avanzata</w:t>
      </w:r>
      <w:proofErr w:type="spellEnd"/>
    </w:p>
    <w:p w14:paraId="1447F9CE" w14:textId="77777777" w:rsidR="003A1C3A" w:rsidRPr="007F2738" w:rsidRDefault="003A1C3A" w:rsidP="003A1C3A">
      <w:pPr>
        <w:pStyle w:val="Default"/>
        <w:jc w:val="both"/>
        <w:rPr>
          <w:rFonts w:ascii="Garamond" w:hAnsi="Garamond" w:cstheme="minorHAnsi"/>
          <w:b/>
          <w:bCs/>
          <w:color w:val="auto"/>
        </w:rPr>
      </w:pPr>
      <w:r w:rsidRPr="007F2738">
        <w:rPr>
          <w:rFonts w:ascii="Garamond" w:hAnsi="Garamond" w:cstheme="minorHAnsi"/>
          <w:b/>
          <w:bCs/>
          <w:color w:val="auto"/>
        </w:rPr>
        <w:t xml:space="preserve">Codice progetto: </w:t>
      </w:r>
      <w:r w:rsidRPr="007F2738">
        <w:rPr>
          <w:rFonts w:ascii="Garamond" w:hAnsi="Garamond" w:cs="Calibri"/>
          <w:b/>
          <w:bCs/>
          <w:iCs/>
          <w:color w:val="auto"/>
        </w:rPr>
        <w:t>RSO4.</w:t>
      </w:r>
      <w:proofErr w:type="gramStart"/>
      <w:r w:rsidRPr="007F2738">
        <w:rPr>
          <w:rFonts w:ascii="Garamond" w:hAnsi="Garamond" w:cs="Calibri"/>
          <w:b/>
          <w:bCs/>
          <w:iCs/>
          <w:color w:val="auto"/>
        </w:rPr>
        <w:t>2.A3.B</w:t>
      </w:r>
      <w:proofErr w:type="gramEnd"/>
      <w:r w:rsidRPr="007F2738">
        <w:rPr>
          <w:rFonts w:ascii="Garamond" w:hAnsi="Garamond" w:cs="Calibri"/>
          <w:b/>
          <w:bCs/>
          <w:iCs/>
          <w:color w:val="auto"/>
        </w:rPr>
        <w:t>-FESRPN-BA-2025-18</w:t>
      </w:r>
    </w:p>
    <w:p w14:paraId="68CEE647" w14:textId="28471BB2" w:rsidR="00BC10AD" w:rsidRPr="007F2738" w:rsidRDefault="003A1C3A" w:rsidP="003A1C3A">
      <w:pPr>
        <w:rPr>
          <w:rFonts w:ascii="Garamond" w:hAnsi="Garamond" w:cstheme="majorHAnsi"/>
          <w:sz w:val="24"/>
          <w:szCs w:val="24"/>
        </w:rPr>
      </w:pPr>
      <w:r w:rsidRPr="007F2738">
        <w:rPr>
          <w:rFonts w:ascii="Garamond" w:hAnsi="Garamond" w:cstheme="minorHAnsi"/>
          <w:b/>
          <w:bCs/>
          <w:sz w:val="24"/>
          <w:szCs w:val="24"/>
        </w:rPr>
        <w:t xml:space="preserve">CUP: </w:t>
      </w:r>
      <w:bookmarkStart w:id="0" w:name="_Hlk239345165"/>
      <w:r w:rsidRPr="007F2738">
        <w:rPr>
          <w:rFonts w:ascii="Garamond" w:hAnsi="Garamond" w:cstheme="minorHAnsi"/>
          <w:b/>
          <w:sz w:val="24"/>
          <w:szCs w:val="24"/>
        </w:rPr>
        <w:t>I54D25006380007</w:t>
      </w:r>
      <w:bookmarkEnd w:id="0"/>
    </w:p>
    <w:p w14:paraId="64652A80" w14:textId="77777777" w:rsidR="00BC10AD" w:rsidRPr="007F2738" w:rsidRDefault="003A1C3A">
      <w:pPr>
        <w:rPr>
          <w:rFonts w:ascii="Garamond" w:hAnsi="Garamond" w:cstheme="majorHAnsi"/>
          <w:sz w:val="24"/>
          <w:szCs w:val="24"/>
        </w:rPr>
      </w:pPr>
      <w:r w:rsidRPr="007F2738">
        <w:rPr>
          <w:rFonts w:ascii="Garamond" w:hAnsi="Garamond" w:cstheme="majorHAnsi"/>
          <w:sz w:val="24"/>
          <w:szCs w:val="24"/>
        </w:rPr>
        <w:t xml:space="preserve">Il/La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sottoscritto</w:t>
      </w:r>
      <w:proofErr w:type="spellEnd"/>
      <w:r w:rsidRPr="007F2738">
        <w:rPr>
          <w:rFonts w:ascii="Garamond" w:hAnsi="Garamond" w:cstheme="majorHAnsi"/>
          <w:sz w:val="24"/>
          <w:szCs w:val="24"/>
        </w:rPr>
        <w:t>/a ________________________________________________</w:t>
      </w:r>
    </w:p>
    <w:p w14:paraId="181C623E" w14:textId="77777777" w:rsidR="00BC10AD" w:rsidRPr="007F2738" w:rsidRDefault="003A1C3A">
      <w:pPr>
        <w:rPr>
          <w:rFonts w:ascii="Garamond" w:hAnsi="Garamond" w:cstheme="majorHAnsi"/>
          <w:sz w:val="24"/>
          <w:szCs w:val="24"/>
        </w:rPr>
      </w:pPr>
      <w:proofErr w:type="spellStart"/>
      <w:r w:rsidRPr="007F2738">
        <w:rPr>
          <w:rFonts w:ascii="Garamond" w:hAnsi="Garamond" w:cstheme="majorHAnsi"/>
          <w:sz w:val="24"/>
          <w:szCs w:val="24"/>
        </w:rPr>
        <w:t>nato</w:t>
      </w:r>
      <w:proofErr w:type="spellEnd"/>
      <w:r w:rsidRPr="007F2738">
        <w:rPr>
          <w:rFonts w:ascii="Garamond" w:hAnsi="Garamond" w:cstheme="majorHAnsi"/>
          <w:sz w:val="24"/>
          <w:szCs w:val="24"/>
        </w:rPr>
        <w:t>/a a ________________________________ (___) il ____/____/________</w:t>
      </w:r>
    </w:p>
    <w:p w14:paraId="13F1B406" w14:textId="77777777" w:rsidR="00BC10AD" w:rsidRPr="007F2738" w:rsidRDefault="003A1C3A">
      <w:pPr>
        <w:rPr>
          <w:rFonts w:ascii="Garamond" w:hAnsi="Garamond" w:cstheme="majorHAnsi"/>
          <w:sz w:val="24"/>
          <w:szCs w:val="24"/>
        </w:rPr>
      </w:pPr>
      <w:r w:rsidRPr="007F2738">
        <w:rPr>
          <w:rFonts w:ascii="Garamond" w:hAnsi="Garamond" w:cstheme="majorHAnsi"/>
          <w:sz w:val="24"/>
          <w:szCs w:val="24"/>
        </w:rPr>
        <w:t>C.F. ________________________________________________</w:t>
      </w:r>
    </w:p>
    <w:p w14:paraId="3A94194E" w14:textId="77777777" w:rsidR="00BC10AD" w:rsidRPr="007F2738" w:rsidRDefault="003A1C3A">
      <w:pPr>
        <w:rPr>
          <w:rFonts w:ascii="Garamond" w:hAnsi="Garamond" w:cstheme="majorHAnsi"/>
          <w:sz w:val="24"/>
          <w:szCs w:val="24"/>
        </w:rPr>
      </w:pPr>
      <w:r w:rsidRPr="007F2738">
        <w:rPr>
          <w:rFonts w:ascii="Garamond" w:hAnsi="Garamond" w:cstheme="majorHAnsi"/>
          <w:sz w:val="24"/>
          <w:szCs w:val="24"/>
        </w:rPr>
        <w:t xml:space="preserve">in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qualità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di (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barrare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):  </w:t>
      </w:r>
      <w:r w:rsidRPr="007F2738">
        <w:rPr>
          <w:rFonts w:ascii="Segoe UI Symbol" w:hAnsi="Segoe UI Symbol" w:cs="Segoe UI Symbol"/>
          <w:sz w:val="24"/>
          <w:szCs w:val="24"/>
        </w:rPr>
        <w:t>☐</w:t>
      </w:r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legale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rappresentante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  </w:t>
      </w:r>
      <w:r w:rsidRPr="007F2738">
        <w:rPr>
          <w:rFonts w:ascii="Segoe UI Symbol" w:hAnsi="Segoe UI Symbol" w:cs="Segoe UI Symbol"/>
          <w:sz w:val="24"/>
          <w:szCs w:val="24"/>
        </w:rPr>
        <w:t>☐</w:t>
      </w:r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procuratore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speciale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(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allegare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procura</w:t>
      </w:r>
      <w:proofErr w:type="spellEnd"/>
      <w:r w:rsidRPr="007F2738">
        <w:rPr>
          <w:rFonts w:ascii="Garamond" w:hAnsi="Garamond" w:cstheme="majorHAnsi"/>
          <w:sz w:val="24"/>
          <w:szCs w:val="24"/>
        </w:rPr>
        <w:t>)</w:t>
      </w:r>
    </w:p>
    <w:p w14:paraId="5E9B97FB" w14:textId="77777777" w:rsidR="00BC10AD" w:rsidRPr="007F2738" w:rsidRDefault="003A1C3A">
      <w:pPr>
        <w:rPr>
          <w:rFonts w:ascii="Garamond" w:hAnsi="Garamond" w:cstheme="majorHAnsi"/>
          <w:sz w:val="24"/>
          <w:szCs w:val="24"/>
        </w:rPr>
      </w:pPr>
      <w:proofErr w:type="spellStart"/>
      <w:r w:rsidRPr="007F2738">
        <w:rPr>
          <w:rFonts w:ascii="Garamond" w:hAnsi="Garamond" w:cstheme="majorHAnsi"/>
          <w:sz w:val="24"/>
          <w:szCs w:val="24"/>
        </w:rPr>
        <w:t>dell’operatore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economico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________________________________________________</w:t>
      </w:r>
    </w:p>
    <w:p w14:paraId="12225F70" w14:textId="77777777" w:rsidR="00BC10AD" w:rsidRPr="007F2738" w:rsidRDefault="003A1C3A">
      <w:pPr>
        <w:rPr>
          <w:rFonts w:ascii="Garamond" w:hAnsi="Garamond" w:cstheme="majorHAnsi"/>
          <w:sz w:val="24"/>
          <w:szCs w:val="24"/>
        </w:rPr>
      </w:pPr>
      <w:r w:rsidRPr="007F2738">
        <w:rPr>
          <w:rFonts w:ascii="Garamond" w:hAnsi="Garamond" w:cstheme="majorHAnsi"/>
          <w:sz w:val="24"/>
          <w:szCs w:val="24"/>
        </w:rPr>
        <w:t>C.F./P.IVA ________________________________________________</w:t>
      </w:r>
    </w:p>
    <w:p w14:paraId="4BB40AB4" w14:textId="77777777" w:rsidR="00BC10AD" w:rsidRPr="007F2738" w:rsidRDefault="003A1C3A">
      <w:pPr>
        <w:rPr>
          <w:rFonts w:ascii="Garamond" w:hAnsi="Garamond" w:cstheme="majorHAnsi"/>
          <w:sz w:val="24"/>
          <w:szCs w:val="24"/>
        </w:rPr>
      </w:pPr>
      <w:proofErr w:type="spellStart"/>
      <w:r w:rsidRPr="007F2738">
        <w:rPr>
          <w:rFonts w:ascii="Garamond" w:hAnsi="Garamond" w:cstheme="majorHAnsi"/>
          <w:sz w:val="24"/>
          <w:szCs w:val="24"/>
        </w:rPr>
        <w:t>Sede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legale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>: ________________________________________________</w:t>
      </w:r>
    </w:p>
    <w:p w14:paraId="550B6C03" w14:textId="77777777" w:rsidR="00BC10AD" w:rsidRPr="007F2738" w:rsidRDefault="003A1C3A">
      <w:pPr>
        <w:rPr>
          <w:rFonts w:ascii="Garamond" w:hAnsi="Garamond" w:cstheme="majorHAnsi"/>
          <w:sz w:val="24"/>
          <w:szCs w:val="24"/>
        </w:rPr>
      </w:pPr>
      <w:proofErr w:type="spellStart"/>
      <w:r w:rsidRPr="007F2738">
        <w:rPr>
          <w:rFonts w:ascii="Garamond" w:hAnsi="Garamond" w:cstheme="majorHAnsi"/>
          <w:sz w:val="24"/>
          <w:szCs w:val="24"/>
        </w:rPr>
        <w:t>Sede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operativa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(se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diversa</w:t>
      </w:r>
      <w:proofErr w:type="spellEnd"/>
      <w:r w:rsidRPr="007F2738">
        <w:rPr>
          <w:rFonts w:ascii="Garamond" w:hAnsi="Garamond" w:cstheme="majorHAnsi"/>
          <w:sz w:val="24"/>
          <w:szCs w:val="24"/>
        </w:rPr>
        <w:t>): ________________________________________________</w:t>
      </w:r>
    </w:p>
    <w:p w14:paraId="323B9A04" w14:textId="77777777" w:rsidR="00BC10AD" w:rsidRPr="007F2738" w:rsidRDefault="003A1C3A">
      <w:pPr>
        <w:rPr>
          <w:rFonts w:ascii="Garamond" w:hAnsi="Garamond" w:cstheme="majorHAnsi"/>
          <w:sz w:val="24"/>
          <w:szCs w:val="24"/>
        </w:rPr>
      </w:pPr>
      <w:r w:rsidRPr="007F2738">
        <w:rPr>
          <w:rFonts w:ascii="Garamond" w:hAnsi="Garamond" w:cstheme="majorHAnsi"/>
          <w:sz w:val="24"/>
          <w:szCs w:val="24"/>
        </w:rPr>
        <w:t>PEC ________________________________________________   E-mail ________________________________________________</w:t>
      </w:r>
    </w:p>
    <w:p w14:paraId="339046A6" w14:textId="77777777" w:rsidR="00BC10AD" w:rsidRPr="007F2738" w:rsidRDefault="003A1C3A">
      <w:pPr>
        <w:rPr>
          <w:rFonts w:ascii="Garamond" w:hAnsi="Garamond" w:cstheme="majorHAnsi"/>
          <w:sz w:val="24"/>
          <w:szCs w:val="24"/>
        </w:rPr>
      </w:pPr>
      <w:proofErr w:type="spellStart"/>
      <w:r w:rsidRPr="007F2738">
        <w:rPr>
          <w:rFonts w:ascii="Garamond" w:hAnsi="Garamond" w:cstheme="majorHAnsi"/>
          <w:sz w:val="24"/>
          <w:szCs w:val="24"/>
        </w:rPr>
        <w:t>Telefono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________________________________________________</w:t>
      </w:r>
    </w:p>
    <w:p w14:paraId="40F314D0" w14:textId="77777777" w:rsidR="00BC10AD" w:rsidRPr="007F2738" w:rsidRDefault="003A1C3A">
      <w:pPr>
        <w:rPr>
          <w:rFonts w:ascii="Garamond" w:hAnsi="Garamond" w:cstheme="majorHAnsi"/>
          <w:sz w:val="24"/>
          <w:szCs w:val="24"/>
        </w:rPr>
      </w:pPr>
      <w:proofErr w:type="spellStart"/>
      <w:r w:rsidRPr="007F2738">
        <w:rPr>
          <w:rFonts w:ascii="Garamond" w:hAnsi="Garamond" w:cstheme="majorHAnsi"/>
          <w:sz w:val="24"/>
          <w:szCs w:val="24"/>
        </w:rPr>
        <w:t>Domicilio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eletto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(per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comunicazioni</w:t>
      </w:r>
      <w:proofErr w:type="spellEnd"/>
      <w:r w:rsidRPr="007F2738">
        <w:rPr>
          <w:rFonts w:ascii="Garamond" w:hAnsi="Garamond" w:cstheme="majorHAnsi"/>
          <w:sz w:val="24"/>
          <w:szCs w:val="24"/>
        </w:rPr>
        <w:t>): ________________________________________________</w:t>
      </w:r>
    </w:p>
    <w:p w14:paraId="4872467B" w14:textId="77777777" w:rsidR="00BC10AD" w:rsidRPr="007F2738" w:rsidRDefault="00BC10AD">
      <w:pPr>
        <w:rPr>
          <w:rFonts w:ascii="Garamond" w:hAnsi="Garamond" w:cstheme="majorHAnsi"/>
          <w:sz w:val="24"/>
          <w:szCs w:val="24"/>
        </w:rPr>
      </w:pPr>
    </w:p>
    <w:p w14:paraId="6306AB22" w14:textId="77777777" w:rsidR="00BC10AD" w:rsidRPr="007F2738" w:rsidRDefault="003A1C3A" w:rsidP="00C12C2F">
      <w:pPr>
        <w:jc w:val="center"/>
        <w:rPr>
          <w:rFonts w:ascii="Garamond" w:hAnsi="Garamond" w:cstheme="majorHAnsi"/>
          <w:b/>
          <w:bCs/>
          <w:sz w:val="24"/>
          <w:szCs w:val="24"/>
        </w:rPr>
      </w:pPr>
      <w:r w:rsidRPr="007F2738">
        <w:rPr>
          <w:rFonts w:ascii="Garamond" w:hAnsi="Garamond" w:cstheme="majorHAnsi"/>
          <w:b/>
          <w:bCs/>
          <w:sz w:val="24"/>
          <w:szCs w:val="24"/>
        </w:rPr>
        <w:t>MANIFESTA</w:t>
      </w:r>
    </w:p>
    <w:p w14:paraId="11E01803" w14:textId="77777777" w:rsidR="00BC10AD" w:rsidRPr="007F2738" w:rsidRDefault="003A1C3A" w:rsidP="00C12C2F">
      <w:pPr>
        <w:jc w:val="both"/>
        <w:rPr>
          <w:rFonts w:ascii="Garamond" w:hAnsi="Garamond" w:cstheme="majorHAnsi"/>
          <w:sz w:val="24"/>
          <w:szCs w:val="24"/>
        </w:rPr>
      </w:pPr>
      <w:r w:rsidRPr="007F2738">
        <w:rPr>
          <w:rFonts w:ascii="Garamond" w:hAnsi="Garamond" w:cstheme="majorHAnsi"/>
          <w:sz w:val="24"/>
          <w:szCs w:val="24"/>
        </w:rPr>
        <w:lastRenderedPageBreak/>
        <w:t xml:space="preserve">il proprio interesse ad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essere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invitato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alla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successiva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procedura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negoziata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senza bando ai sensi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dell’art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. 50, comma 1,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lett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. e) del </w:t>
      </w:r>
      <w:proofErr w:type="spellStart"/>
      <w:proofErr w:type="gramStart"/>
      <w:r w:rsidRPr="007F2738">
        <w:rPr>
          <w:rFonts w:ascii="Garamond" w:hAnsi="Garamond" w:cstheme="majorHAnsi"/>
          <w:sz w:val="24"/>
          <w:szCs w:val="24"/>
        </w:rPr>
        <w:t>D.Lgs</w:t>
      </w:r>
      <w:proofErr w:type="spellEnd"/>
      <w:proofErr w:type="gramEnd"/>
      <w:r w:rsidRPr="007F2738">
        <w:rPr>
          <w:rFonts w:ascii="Garamond" w:hAnsi="Garamond" w:cstheme="majorHAnsi"/>
          <w:sz w:val="24"/>
          <w:szCs w:val="24"/>
        </w:rPr>
        <w:t xml:space="preserve">. 36/2023 (come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modificato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dal </w:t>
      </w:r>
      <w:proofErr w:type="spellStart"/>
      <w:proofErr w:type="gramStart"/>
      <w:r w:rsidRPr="007F2738">
        <w:rPr>
          <w:rFonts w:ascii="Garamond" w:hAnsi="Garamond" w:cstheme="majorHAnsi"/>
          <w:sz w:val="24"/>
          <w:szCs w:val="24"/>
        </w:rPr>
        <w:t>D.Lgs</w:t>
      </w:r>
      <w:proofErr w:type="spellEnd"/>
      <w:proofErr w:type="gramEnd"/>
      <w:r w:rsidRPr="007F2738">
        <w:rPr>
          <w:rFonts w:ascii="Garamond" w:hAnsi="Garamond" w:cstheme="majorHAnsi"/>
          <w:sz w:val="24"/>
          <w:szCs w:val="24"/>
        </w:rPr>
        <w:t xml:space="preserve">. 209/2024),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che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sarà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espletata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tramite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RdO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MEPA.</w:t>
      </w:r>
    </w:p>
    <w:p w14:paraId="53C67887" w14:textId="77777777" w:rsidR="00C12C2F" w:rsidRPr="007F2738" w:rsidRDefault="00C12C2F">
      <w:pPr>
        <w:rPr>
          <w:rFonts w:ascii="Garamond" w:hAnsi="Garamond" w:cstheme="majorHAnsi"/>
          <w:sz w:val="24"/>
          <w:szCs w:val="24"/>
        </w:rPr>
      </w:pPr>
    </w:p>
    <w:p w14:paraId="4709DD66" w14:textId="26BDA097" w:rsidR="00BC10AD" w:rsidRPr="007F2738" w:rsidRDefault="003A1C3A">
      <w:pPr>
        <w:rPr>
          <w:rFonts w:ascii="Garamond" w:hAnsi="Garamond" w:cstheme="majorHAnsi"/>
          <w:sz w:val="24"/>
          <w:szCs w:val="24"/>
        </w:rPr>
      </w:pPr>
      <w:r w:rsidRPr="007F2738">
        <w:rPr>
          <w:rFonts w:ascii="Garamond" w:hAnsi="Garamond" w:cstheme="majorHAnsi"/>
          <w:sz w:val="24"/>
          <w:szCs w:val="24"/>
        </w:rPr>
        <w:t xml:space="preserve">Forma di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partecipazione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(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barrare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>):</w:t>
      </w:r>
    </w:p>
    <w:p w14:paraId="607F5C02" w14:textId="77777777" w:rsidR="00BC10AD" w:rsidRPr="007F2738" w:rsidRDefault="003A1C3A">
      <w:pPr>
        <w:rPr>
          <w:rFonts w:ascii="Garamond" w:hAnsi="Garamond" w:cstheme="majorHAnsi"/>
          <w:sz w:val="24"/>
          <w:szCs w:val="24"/>
        </w:rPr>
      </w:pPr>
      <w:r w:rsidRPr="007F2738">
        <w:rPr>
          <w:rFonts w:ascii="Segoe UI Symbol" w:hAnsi="Segoe UI Symbol" w:cs="Segoe UI Symbol"/>
          <w:sz w:val="24"/>
          <w:szCs w:val="24"/>
        </w:rPr>
        <w:t>☐</w:t>
      </w:r>
      <w:r w:rsidRPr="007F2738">
        <w:rPr>
          <w:rFonts w:ascii="Garamond" w:hAnsi="Garamond" w:cstheme="majorHAnsi"/>
          <w:sz w:val="24"/>
          <w:szCs w:val="24"/>
        </w:rPr>
        <w:t xml:space="preserve"> Impresa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singola</w:t>
      </w:r>
      <w:proofErr w:type="spellEnd"/>
    </w:p>
    <w:p w14:paraId="10F99D49" w14:textId="77777777" w:rsidR="00BC10AD" w:rsidRPr="007F2738" w:rsidRDefault="003A1C3A">
      <w:pPr>
        <w:rPr>
          <w:rFonts w:ascii="Garamond" w:hAnsi="Garamond" w:cstheme="majorHAnsi"/>
          <w:sz w:val="24"/>
          <w:szCs w:val="24"/>
        </w:rPr>
      </w:pPr>
      <w:r w:rsidRPr="007F2738">
        <w:rPr>
          <w:rFonts w:ascii="Segoe UI Symbol" w:hAnsi="Segoe UI Symbol" w:cs="Segoe UI Symbol"/>
          <w:sz w:val="24"/>
          <w:szCs w:val="24"/>
        </w:rPr>
        <w:t>☐</w:t>
      </w:r>
      <w:r w:rsidRPr="007F2738">
        <w:rPr>
          <w:rFonts w:ascii="Garamond" w:hAnsi="Garamond" w:cstheme="majorHAnsi"/>
          <w:sz w:val="24"/>
          <w:szCs w:val="24"/>
        </w:rPr>
        <w:t xml:space="preserve"> RTI / Consorzio / Rete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d’impresa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/ Altro (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specificare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>): ________________________________________________</w:t>
      </w:r>
    </w:p>
    <w:p w14:paraId="5313A3DA" w14:textId="77777777" w:rsidR="00BC10AD" w:rsidRPr="007F2738" w:rsidRDefault="00BC10AD">
      <w:pPr>
        <w:rPr>
          <w:rFonts w:ascii="Garamond" w:hAnsi="Garamond" w:cstheme="majorHAnsi"/>
          <w:sz w:val="24"/>
          <w:szCs w:val="24"/>
        </w:rPr>
      </w:pPr>
    </w:p>
    <w:p w14:paraId="3381D416" w14:textId="77777777" w:rsidR="00BC10AD" w:rsidRPr="007F2738" w:rsidRDefault="003A1C3A" w:rsidP="005B7D27">
      <w:pPr>
        <w:jc w:val="both"/>
        <w:rPr>
          <w:rFonts w:ascii="Garamond" w:hAnsi="Garamond" w:cstheme="majorHAnsi"/>
          <w:sz w:val="24"/>
          <w:szCs w:val="24"/>
        </w:rPr>
      </w:pPr>
      <w:proofErr w:type="spellStart"/>
      <w:r w:rsidRPr="007F2738">
        <w:rPr>
          <w:rFonts w:ascii="Garamond" w:hAnsi="Garamond" w:cstheme="majorHAnsi"/>
          <w:sz w:val="24"/>
          <w:szCs w:val="24"/>
        </w:rPr>
        <w:t>Consapevole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delle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responsabilità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e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delle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sanzioni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penali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previste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dall’art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. 76 del D.P.R. 445/2000 in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caso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di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dichiarazioni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mendaci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, ai sensi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degli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artt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. 46 e 47 del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medesimo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D.P.R.,</w:t>
      </w:r>
    </w:p>
    <w:p w14:paraId="16B22D6E" w14:textId="77777777" w:rsidR="00BC10AD" w:rsidRPr="007F2738" w:rsidRDefault="003A1C3A" w:rsidP="00C12C2F">
      <w:pPr>
        <w:jc w:val="center"/>
        <w:rPr>
          <w:rFonts w:ascii="Garamond" w:hAnsi="Garamond" w:cstheme="majorHAnsi"/>
          <w:b/>
          <w:bCs/>
          <w:sz w:val="24"/>
          <w:szCs w:val="24"/>
        </w:rPr>
      </w:pPr>
      <w:r w:rsidRPr="007F2738">
        <w:rPr>
          <w:rFonts w:ascii="Garamond" w:hAnsi="Garamond" w:cstheme="majorHAnsi"/>
          <w:b/>
          <w:bCs/>
          <w:sz w:val="24"/>
          <w:szCs w:val="24"/>
        </w:rPr>
        <w:t>DICHIARA</w:t>
      </w:r>
    </w:p>
    <w:p w14:paraId="4C859BD8" w14:textId="77777777" w:rsidR="00BC10AD" w:rsidRPr="007F2738" w:rsidRDefault="003A1C3A">
      <w:pPr>
        <w:rPr>
          <w:rFonts w:ascii="Garamond" w:hAnsi="Garamond" w:cstheme="majorHAnsi"/>
          <w:sz w:val="24"/>
          <w:szCs w:val="24"/>
        </w:rPr>
      </w:pPr>
      <w:r w:rsidRPr="007F2738">
        <w:rPr>
          <w:rFonts w:ascii="Garamond" w:hAnsi="Garamond" w:cstheme="majorHAnsi"/>
          <w:sz w:val="24"/>
          <w:szCs w:val="24"/>
        </w:rPr>
        <w:t xml:space="preserve">1)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Requisiti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di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ordine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generale</w:t>
      </w:r>
    </w:p>
    <w:p w14:paraId="3CB880DD" w14:textId="792C27E9" w:rsidR="00BC10AD" w:rsidRPr="007F2738" w:rsidRDefault="003A1C3A" w:rsidP="00C12C2F">
      <w:pPr>
        <w:ind w:left="284" w:hanging="284"/>
        <w:rPr>
          <w:rFonts w:ascii="Garamond" w:hAnsi="Garamond" w:cstheme="majorHAnsi"/>
          <w:sz w:val="24"/>
          <w:szCs w:val="24"/>
        </w:rPr>
      </w:pPr>
      <w:r w:rsidRPr="007F2738">
        <w:rPr>
          <w:rFonts w:ascii="Segoe UI Symbol" w:hAnsi="Segoe UI Symbol" w:cs="Segoe UI Symbol"/>
          <w:sz w:val="24"/>
          <w:szCs w:val="24"/>
        </w:rPr>
        <w:t>☐</w:t>
      </w:r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che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non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sussistono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nei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confronti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dell’operatore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economico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cause di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esclusione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di cui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agli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artt</w:t>
      </w:r>
      <w:proofErr w:type="spellEnd"/>
      <w:r w:rsidRPr="007F2738">
        <w:rPr>
          <w:rFonts w:ascii="Garamond" w:hAnsi="Garamond" w:cstheme="majorHAnsi"/>
          <w:sz w:val="24"/>
          <w:szCs w:val="24"/>
        </w:rPr>
        <w:t>.</w:t>
      </w:r>
      <w:r w:rsidR="00C12C2F" w:rsidRPr="007F2738">
        <w:rPr>
          <w:rFonts w:ascii="Garamond" w:hAnsi="Garamond" w:cstheme="majorHAnsi"/>
          <w:sz w:val="24"/>
          <w:szCs w:val="24"/>
        </w:rPr>
        <w:t xml:space="preserve"> </w:t>
      </w:r>
      <w:r w:rsidRPr="007F2738">
        <w:rPr>
          <w:rFonts w:ascii="Garamond" w:hAnsi="Garamond" w:cstheme="majorHAnsi"/>
          <w:sz w:val="24"/>
          <w:szCs w:val="24"/>
        </w:rPr>
        <w:t>94 e 95 del D.</w:t>
      </w:r>
      <w:r w:rsidR="00AD1CFE"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Lgs</w:t>
      </w:r>
      <w:proofErr w:type="spellEnd"/>
      <w:r w:rsidRPr="007F2738">
        <w:rPr>
          <w:rFonts w:ascii="Garamond" w:hAnsi="Garamond" w:cstheme="majorHAnsi"/>
          <w:sz w:val="24"/>
          <w:szCs w:val="24"/>
        </w:rPr>
        <w:t>. 36/2023;</w:t>
      </w:r>
    </w:p>
    <w:p w14:paraId="0D347E7F" w14:textId="77777777" w:rsidR="00BC10AD" w:rsidRPr="007F2738" w:rsidRDefault="003A1C3A" w:rsidP="00C12C2F">
      <w:pPr>
        <w:ind w:left="284" w:hanging="284"/>
        <w:rPr>
          <w:rFonts w:ascii="Garamond" w:hAnsi="Garamond" w:cstheme="majorHAnsi"/>
          <w:sz w:val="24"/>
          <w:szCs w:val="24"/>
        </w:rPr>
      </w:pPr>
      <w:r w:rsidRPr="007F2738">
        <w:rPr>
          <w:rFonts w:ascii="Segoe UI Symbol" w:hAnsi="Segoe UI Symbol" w:cs="Segoe UI Symbol"/>
          <w:sz w:val="24"/>
          <w:szCs w:val="24"/>
        </w:rPr>
        <w:t>☐</w:t>
      </w:r>
      <w:r w:rsidRPr="007F2738">
        <w:rPr>
          <w:rFonts w:ascii="Garamond" w:hAnsi="Garamond" w:cstheme="majorHAnsi"/>
          <w:sz w:val="24"/>
          <w:szCs w:val="24"/>
        </w:rPr>
        <w:t xml:space="preserve"> di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essere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in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regola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con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gli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obblighi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relativi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al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pagamento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di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imposte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, tasse e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contributi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previdenziali</w:t>
      </w:r>
      <w:proofErr w:type="spellEnd"/>
      <w:r w:rsidRPr="007F2738">
        <w:rPr>
          <w:rFonts w:ascii="Garamond" w:hAnsi="Garamond" w:cstheme="majorHAnsi"/>
          <w:sz w:val="24"/>
          <w:szCs w:val="24"/>
        </w:rPr>
        <w:t>;</w:t>
      </w:r>
    </w:p>
    <w:p w14:paraId="31E58A4E" w14:textId="77777777" w:rsidR="00BC10AD" w:rsidRPr="007F2738" w:rsidRDefault="003A1C3A" w:rsidP="00C12C2F">
      <w:pPr>
        <w:ind w:left="284" w:hanging="284"/>
        <w:rPr>
          <w:rFonts w:ascii="Garamond" w:hAnsi="Garamond" w:cstheme="majorHAnsi"/>
          <w:sz w:val="24"/>
          <w:szCs w:val="24"/>
        </w:rPr>
      </w:pPr>
      <w:r w:rsidRPr="007F2738">
        <w:rPr>
          <w:rFonts w:ascii="Segoe UI Symbol" w:hAnsi="Segoe UI Symbol" w:cs="Segoe UI Symbol"/>
          <w:sz w:val="24"/>
          <w:szCs w:val="24"/>
        </w:rPr>
        <w:t>☐</w:t>
      </w:r>
      <w:r w:rsidRPr="007F2738">
        <w:rPr>
          <w:rFonts w:ascii="Garamond" w:hAnsi="Garamond" w:cstheme="majorHAnsi"/>
          <w:sz w:val="24"/>
          <w:szCs w:val="24"/>
        </w:rPr>
        <w:t xml:space="preserve"> di non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trovarsi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in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stato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di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fallimento</w:t>
      </w:r>
      <w:proofErr w:type="spellEnd"/>
      <w:r w:rsidRPr="007F2738">
        <w:rPr>
          <w:rFonts w:ascii="Garamond" w:hAnsi="Garamond" w:cstheme="majorHAnsi"/>
          <w:sz w:val="24"/>
          <w:szCs w:val="24"/>
        </w:rPr>
        <w:t>/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liquidazione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coatta</w:t>
      </w:r>
      <w:proofErr w:type="spellEnd"/>
      <w:r w:rsidRPr="007F2738">
        <w:rPr>
          <w:rFonts w:ascii="Garamond" w:hAnsi="Garamond" w:cstheme="majorHAnsi"/>
          <w:sz w:val="24"/>
          <w:szCs w:val="24"/>
        </w:rPr>
        <w:t>/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concordato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preventivo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(salvo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concordato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con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continuità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aziendale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) o procedure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equivalenti</w:t>
      </w:r>
      <w:proofErr w:type="spellEnd"/>
      <w:r w:rsidRPr="007F2738">
        <w:rPr>
          <w:rFonts w:ascii="Garamond" w:hAnsi="Garamond" w:cstheme="majorHAnsi"/>
          <w:sz w:val="24"/>
          <w:szCs w:val="24"/>
        </w:rPr>
        <w:t>;</w:t>
      </w:r>
    </w:p>
    <w:p w14:paraId="30C33576" w14:textId="77777777" w:rsidR="00BC10AD" w:rsidRPr="007F2738" w:rsidRDefault="003A1C3A">
      <w:pPr>
        <w:rPr>
          <w:rFonts w:ascii="Garamond" w:hAnsi="Garamond" w:cstheme="majorHAnsi"/>
          <w:sz w:val="24"/>
          <w:szCs w:val="24"/>
        </w:rPr>
      </w:pPr>
      <w:r w:rsidRPr="007F2738">
        <w:rPr>
          <w:rFonts w:ascii="Garamond" w:hAnsi="Garamond" w:cstheme="majorHAnsi"/>
          <w:sz w:val="24"/>
          <w:szCs w:val="24"/>
        </w:rPr>
        <w:t xml:space="preserve">2)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Idoneità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professionale</w:t>
      </w:r>
      <w:proofErr w:type="spellEnd"/>
    </w:p>
    <w:p w14:paraId="4BE6C330" w14:textId="77777777" w:rsidR="00BC10AD" w:rsidRPr="007F2738" w:rsidRDefault="003A1C3A">
      <w:pPr>
        <w:rPr>
          <w:rFonts w:ascii="Garamond" w:hAnsi="Garamond" w:cstheme="majorHAnsi"/>
          <w:sz w:val="24"/>
          <w:szCs w:val="24"/>
        </w:rPr>
      </w:pPr>
      <w:r w:rsidRPr="007F2738">
        <w:rPr>
          <w:rFonts w:ascii="Garamond" w:hAnsi="Garamond" w:cstheme="majorHAnsi"/>
          <w:sz w:val="24"/>
          <w:szCs w:val="24"/>
        </w:rPr>
        <w:t>CCIAA/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Registro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equivalente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>: ________________________________</w:t>
      </w:r>
    </w:p>
    <w:p w14:paraId="6EDAE1AD" w14:textId="77777777" w:rsidR="00BC10AD" w:rsidRPr="007F2738" w:rsidRDefault="003A1C3A">
      <w:pPr>
        <w:rPr>
          <w:rFonts w:ascii="Garamond" w:hAnsi="Garamond" w:cstheme="majorHAnsi"/>
          <w:sz w:val="24"/>
          <w:szCs w:val="24"/>
        </w:rPr>
      </w:pPr>
      <w:r w:rsidRPr="007F2738">
        <w:rPr>
          <w:rFonts w:ascii="Garamond" w:hAnsi="Garamond" w:cstheme="majorHAnsi"/>
          <w:sz w:val="24"/>
          <w:szCs w:val="24"/>
        </w:rPr>
        <w:t xml:space="preserve">N.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iscrizione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e data: ________________________________   Forma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giuridica</w:t>
      </w:r>
      <w:proofErr w:type="spellEnd"/>
      <w:r w:rsidRPr="007F2738">
        <w:rPr>
          <w:rFonts w:ascii="Garamond" w:hAnsi="Garamond" w:cstheme="majorHAnsi"/>
          <w:sz w:val="24"/>
          <w:szCs w:val="24"/>
        </w:rPr>
        <w:t>: ________________________________</w:t>
      </w:r>
    </w:p>
    <w:p w14:paraId="5E10907F" w14:textId="77777777" w:rsidR="00BC10AD" w:rsidRPr="007F2738" w:rsidRDefault="003A1C3A">
      <w:pPr>
        <w:rPr>
          <w:rFonts w:ascii="Garamond" w:hAnsi="Garamond" w:cstheme="majorHAnsi"/>
          <w:sz w:val="24"/>
          <w:szCs w:val="24"/>
        </w:rPr>
      </w:pPr>
      <w:proofErr w:type="spellStart"/>
      <w:r w:rsidRPr="007F2738">
        <w:rPr>
          <w:rFonts w:ascii="Garamond" w:hAnsi="Garamond" w:cstheme="majorHAnsi"/>
          <w:sz w:val="24"/>
          <w:szCs w:val="24"/>
        </w:rPr>
        <w:t>Attività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esercitata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coerente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con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l’oggetto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: </w:t>
      </w:r>
      <w:r w:rsidRPr="007F2738">
        <w:rPr>
          <w:rFonts w:ascii="Segoe UI Symbol" w:hAnsi="Segoe UI Symbol" w:cs="Segoe UI Symbol"/>
          <w:sz w:val="24"/>
          <w:szCs w:val="24"/>
        </w:rPr>
        <w:t>☐</w:t>
      </w:r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S</w:t>
      </w:r>
      <w:r w:rsidRPr="007F2738">
        <w:rPr>
          <w:rFonts w:ascii="Garamond" w:hAnsi="Garamond" w:cs="Calibri"/>
          <w:sz w:val="24"/>
          <w:szCs w:val="24"/>
        </w:rPr>
        <w:t>ì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  </w:t>
      </w:r>
      <w:r w:rsidRPr="007F2738">
        <w:rPr>
          <w:rFonts w:ascii="Segoe UI Symbol" w:hAnsi="Segoe UI Symbol" w:cs="Segoe UI Symbol"/>
          <w:sz w:val="24"/>
          <w:szCs w:val="24"/>
        </w:rPr>
        <w:t>☐</w:t>
      </w:r>
      <w:r w:rsidRPr="007F2738">
        <w:rPr>
          <w:rFonts w:ascii="Garamond" w:hAnsi="Garamond" w:cstheme="majorHAnsi"/>
          <w:sz w:val="24"/>
          <w:szCs w:val="24"/>
        </w:rPr>
        <w:t xml:space="preserve"> No (se No, non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ammissibile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>)</w:t>
      </w:r>
    </w:p>
    <w:p w14:paraId="3C8452A5" w14:textId="77777777" w:rsidR="00BC10AD" w:rsidRPr="007F2738" w:rsidRDefault="00BC10AD">
      <w:pPr>
        <w:rPr>
          <w:rFonts w:ascii="Garamond" w:hAnsi="Garamond" w:cstheme="majorHAnsi"/>
          <w:sz w:val="24"/>
          <w:szCs w:val="24"/>
        </w:rPr>
      </w:pPr>
    </w:p>
    <w:p w14:paraId="3B635D1B" w14:textId="21CA7CC5" w:rsidR="00BC10AD" w:rsidRPr="007F2738" w:rsidRDefault="003A1C3A">
      <w:pPr>
        <w:rPr>
          <w:rFonts w:ascii="Garamond" w:hAnsi="Garamond" w:cstheme="majorHAnsi"/>
          <w:sz w:val="24"/>
          <w:szCs w:val="24"/>
        </w:rPr>
      </w:pPr>
      <w:r w:rsidRPr="007F2738">
        <w:rPr>
          <w:rFonts w:ascii="Garamond" w:hAnsi="Garamond" w:cstheme="majorHAnsi"/>
          <w:sz w:val="24"/>
          <w:szCs w:val="24"/>
        </w:rPr>
        <w:t xml:space="preserve">3) </w:t>
      </w:r>
      <w:proofErr w:type="spellStart"/>
      <w:r w:rsidR="00C12C2F" w:rsidRPr="007F2738">
        <w:rPr>
          <w:rFonts w:ascii="Garamond" w:hAnsi="Garamond" w:cstheme="majorHAnsi"/>
          <w:sz w:val="24"/>
          <w:szCs w:val="24"/>
        </w:rPr>
        <w:t>Abilitazione</w:t>
      </w:r>
      <w:proofErr w:type="spellEnd"/>
      <w:r w:rsidR="00C12C2F" w:rsidRPr="007F2738">
        <w:rPr>
          <w:rFonts w:ascii="Garamond" w:hAnsi="Garamond" w:cstheme="majorHAnsi"/>
          <w:sz w:val="24"/>
          <w:szCs w:val="24"/>
        </w:rPr>
        <w:t xml:space="preserve"> Piattaforma di </w:t>
      </w:r>
      <w:proofErr w:type="spellStart"/>
      <w:r w:rsidR="00C12C2F" w:rsidRPr="007F2738">
        <w:rPr>
          <w:rFonts w:ascii="Garamond" w:hAnsi="Garamond" w:cstheme="majorHAnsi"/>
          <w:sz w:val="24"/>
          <w:szCs w:val="24"/>
        </w:rPr>
        <w:t>Approvvigionamento</w:t>
      </w:r>
      <w:proofErr w:type="spellEnd"/>
      <w:r w:rsidR="00C12C2F"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="00C12C2F" w:rsidRPr="007F2738">
        <w:rPr>
          <w:rFonts w:ascii="Garamond" w:hAnsi="Garamond" w:cstheme="majorHAnsi"/>
          <w:sz w:val="24"/>
          <w:szCs w:val="24"/>
        </w:rPr>
        <w:t>Digitale</w:t>
      </w:r>
      <w:proofErr w:type="spellEnd"/>
    </w:p>
    <w:p w14:paraId="6DF7B47D" w14:textId="650898A5" w:rsidR="00BC10AD" w:rsidRPr="007F2738" w:rsidRDefault="003A1C3A">
      <w:pPr>
        <w:rPr>
          <w:rFonts w:ascii="Garamond" w:hAnsi="Garamond" w:cstheme="majorHAnsi"/>
          <w:sz w:val="24"/>
          <w:szCs w:val="24"/>
        </w:rPr>
      </w:pPr>
      <w:r w:rsidRPr="007F2738">
        <w:rPr>
          <w:rFonts w:ascii="Segoe UI Symbol" w:hAnsi="Segoe UI Symbol" w:cs="Segoe UI Symbol"/>
          <w:sz w:val="24"/>
          <w:szCs w:val="24"/>
        </w:rPr>
        <w:t>☐</w:t>
      </w:r>
      <w:r w:rsidRPr="007F2738">
        <w:rPr>
          <w:rFonts w:ascii="Garamond" w:hAnsi="Garamond" w:cstheme="majorHAnsi"/>
          <w:sz w:val="24"/>
          <w:szCs w:val="24"/>
        </w:rPr>
        <w:t xml:space="preserve"> di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essere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abilitato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al </w:t>
      </w:r>
      <w:r w:rsidRPr="007F2738">
        <w:rPr>
          <w:rFonts w:ascii="Garamond" w:hAnsi="Garamond" w:cstheme="majorHAnsi"/>
          <w:color w:val="000000" w:themeColor="text1"/>
          <w:sz w:val="24"/>
          <w:szCs w:val="24"/>
        </w:rPr>
        <w:t>MEPA</w:t>
      </w:r>
      <w:r w:rsidRPr="007F2738">
        <w:rPr>
          <w:rFonts w:ascii="Garamond" w:hAnsi="Garamond" w:cstheme="majorHAnsi"/>
          <w:sz w:val="24"/>
          <w:szCs w:val="24"/>
        </w:rPr>
        <w:t xml:space="preserve"> per le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categorie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coerenti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con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l’oggetto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dell’appalto</w:t>
      </w:r>
      <w:proofErr w:type="spellEnd"/>
      <w:r w:rsidRPr="007F2738">
        <w:rPr>
          <w:rFonts w:ascii="Garamond" w:hAnsi="Garamond" w:cstheme="majorHAnsi"/>
          <w:sz w:val="24"/>
          <w:szCs w:val="24"/>
        </w:rPr>
        <w:t>;</w:t>
      </w:r>
    </w:p>
    <w:p w14:paraId="52D41DE3" w14:textId="77777777" w:rsidR="00BC10AD" w:rsidRPr="007F2738" w:rsidRDefault="003A1C3A">
      <w:pPr>
        <w:rPr>
          <w:rFonts w:ascii="Garamond" w:hAnsi="Garamond" w:cstheme="majorHAnsi"/>
          <w:sz w:val="24"/>
          <w:szCs w:val="24"/>
        </w:rPr>
      </w:pPr>
      <w:proofErr w:type="spellStart"/>
      <w:r w:rsidRPr="007F2738">
        <w:rPr>
          <w:rFonts w:ascii="Garamond" w:hAnsi="Garamond" w:cstheme="majorHAnsi"/>
          <w:sz w:val="24"/>
          <w:szCs w:val="24"/>
        </w:rPr>
        <w:lastRenderedPageBreak/>
        <w:t>oppure</w:t>
      </w:r>
      <w:proofErr w:type="spellEnd"/>
    </w:p>
    <w:p w14:paraId="2E8B7EAF" w14:textId="15D4E1F6" w:rsidR="00BC10AD" w:rsidRPr="007F2738" w:rsidRDefault="003A1C3A">
      <w:pPr>
        <w:rPr>
          <w:rFonts w:ascii="Garamond" w:hAnsi="Garamond" w:cstheme="majorHAnsi"/>
          <w:sz w:val="24"/>
          <w:szCs w:val="24"/>
        </w:rPr>
      </w:pPr>
      <w:r w:rsidRPr="007F2738">
        <w:rPr>
          <w:rFonts w:ascii="Segoe UI Symbol" w:hAnsi="Segoe UI Symbol" w:cs="Segoe UI Symbol"/>
          <w:sz w:val="24"/>
          <w:szCs w:val="24"/>
        </w:rPr>
        <w:t>☐</w:t>
      </w:r>
      <w:r w:rsidRPr="007F2738">
        <w:rPr>
          <w:rFonts w:ascii="Garamond" w:hAnsi="Garamond" w:cstheme="majorHAnsi"/>
          <w:sz w:val="24"/>
          <w:szCs w:val="24"/>
        </w:rPr>
        <w:t xml:space="preserve"> di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impegnarsi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ad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abilitarsi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al </w:t>
      </w:r>
      <w:r w:rsidR="00C12C2F" w:rsidRPr="007F2738">
        <w:rPr>
          <w:rFonts w:ascii="Garamond" w:hAnsi="Garamond" w:cstheme="majorHAnsi"/>
          <w:color w:val="000000" w:themeColor="text1"/>
          <w:sz w:val="24"/>
          <w:szCs w:val="24"/>
        </w:rPr>
        <w:t>MEPA</w:t>
      </w:r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entro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la data di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avvio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della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RdO</w:t>
      </w:r>
      <w:proofErr w:type="spellEnd"/>
      <w:r w:rsidRPr="007F2738">
        <w:rPr>
          <w:rFonts w:ascii="Garamond" w:hAnsi="Garamond" w:cstheme="majorHAnsi"/>
          <w:sz w:val="24"/>
          <w:szCs w:val="24"/>
        </w:rPr>
        <w:t>.</w:t>
      </w:r>
    </w:p>
    <w:p w14:paraId="3887C4A9" w14:textId="77777777" w:rsidR="00BC10AD" w:rsidRPr="007F2738" w:rsidRDefault="003A1C3A">
      <w:pPr>
        <w:rPr>
          <w:rFonts w:ascii="Garamond" w:hAnsi="Garamond" w:cstheme="majorHAnsi"/>
          <w:sz w:val="24"/>
          <w:szCs w:val="24"/>
        </w:rPr>
      </w:pPr>
      <w:proofErr w:type="spellStart"/>
      <w:r w:rsidRPr="007F2738">
        <w:rPr>
          <w:rFonts w:ascii="Garamond" w:hAnsi="Garamond" w:cstheme="majorHAnsi"/>
          <w:sz w:val="24"/>
          <w:szCs w:val="24"/>
        </w:rPr>
        <w:t>Categorie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>/CPV/Area MEPA (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se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note): ________________________________________________</w:t>
      </w:r>
    </w:p>
    <w:p w14:paraId="4B904D01" w14:textId="77777777" w:rsidR="00BC10AD" w:rsidRPr="007F2738" w:rsidRDefault="00BC10AD">
      <w:pPr>
        <w:rPr>
          <w:rFonts w:ascii="Garamond" w:hAnsi="Garamond" w:cstheme="majorHAnsi"/>
          <w:sz w:val="24"/>
          <w:szCs w:val="24"/>
        </w:rPr>
      </w:pPr>
    </w:p>
    <w:p w14:paraId="79E6EF62" w14:textId="77777777" w:rsidR="00BC10AD" w:rsidRPr="007F2738" w:rsidRDefault="003A1C3A">
      <w:pPr>
        <w:rPr>
          <w:rFonts w:ascii="Garamond" w:hAnsi="Garamond" w:cstheme="majorHAnsi"/>
          <w:sz w:val="24"/>
          <w:szCs w:val="24"/>
        </w:rPr>
      </w:pPr>
      <w:r w:rsidRPr="007F2738">
        <w:rPr>
          <w:rFonts w:ascii="Garamond" w:hAnsi="Garamond" w:cstheme="majorHAnsi"/>
          <w:sz w:val="24"/>
          <w:szCs w:val="24"/>
        </w:rPr>
        <w:t xml:space="preserve">4)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Impegni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di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legalità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,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trasparenza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e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tracciabilità</w:t>
      </w:r>
      <w:proofErr w:type="spellEnd"/>
    </w:p>
    <w:p w14:paraId="2B7A8281" w14:textId="77777777" w:rsidR="00BC10AD" w:rsidRPr="007F2738" w:rsidRDefault="003A1C3A">
      <w:pPr>
        <w:rPr>
          <w:rFonts w:ascii="Garamond" w:hAnsi="Garamond" w:cstheme="majorHAnsi"/>
          <w:sz w:val="24"/>
          <w:szCs w:val="24"/>
        </w:rPr>
      </w:pPr>
      <w:r w:rsidRPr="007F2738">
        <w:rPr>
          <w:rFonts w:ascii="Segoe UI Symbol" w:hAnsi="Segoe UI Symbol" w:cs="Segoe UI Symbol"/>
          <w:sz w:val="24"/>
          <w:szCs w:val="24"/>
        </w:rPr>
        <w:t>☐</w:t>
      </w:r>
      <w:r w:rsidRPr="007F2738">
        <w:rPr>
          <w:rFonts w:ascii="Garamond" w:hAnsi="Garamond" w:cstheme="majorHAnsi"/>
          <w:sz w:val="24"/>
          <w:szCs w:val="24"/>
        </w:rPr>
        <w:t xml:space="preserve"> di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accettare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gli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obblighi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di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tracciabilità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dei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flussi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finanziari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(L. 136/2010);</w:t>
      </w:r>
    </w:p>
    <w:p w14:paraId="15ED6B1A" w14:textId="77777777" w:rsidR="00BC10AD" w:rsidRPr="007F2738" w:rsidRDefault="003A1C3A">
      <w:pPr>
        <w:rPr>
          <w:rFonts w:ascii="Garamond" w:hAnsi="Garamond" w:cstheme="majorHAnsi"/>
          <w:sz w:val="24"/>
          <w:szCs w:val="24"/>
        </w:rPr>
      </w:pPr>
      <w:r w:rsidRPr="007F2738">
        <w:rPr>
          <w:rFonts w:ascii="Segoe UI Symbol" w:hAnsi="Segoe UI Symbol" w:cs="Segoe UI Symbol"/>
          <w:sz w:val="24"/>
          <w:szCs w:val="24"/>
        </w:rPr>
        <w:t>☐</w:t>
      </w:r>
      <w:r w:rsidRPr="007F2738">
        <w:rPr>
          <w:rFonts w:ascii="Garamond" w:hAnsi="Garamond" w:cstheme="majorHAnsi"/>
          <w:sz w:val="24"/>
          <w:szCs w:val="24"/>
        </w:rPr>
        <w:t xml:space="preserve"> di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prendere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atto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degli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obblighi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di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trasparenza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e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pubblicità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della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procedura</w:t>
      </w:r>
      <w:proofErr w:type="spellEnd"/>
      <w:r w:rsidRPr="007F2738">
        <w:rPr>
          <w:rFonts w:ascii="Garamond" w:hAnsi="Garamond" w:cstheme="majorHAnsi"/>
          <w:sz w:val="24"/>
          <w:szCs w:val="24"/>
        </w:rPr>
        <w:t>;</w:t>
      </w:r>
    </w:p>
    <w:p w14:paraId="50328EEC" w14:textId="77777777" w:rsidR="00BC10AD" w:rsidRPr="007F2738" w:rsidRDefault="003A1C3A" w:rsidP="00C12C2F">
      <w:pPr>
        <w:ind w:left="284" w:hanging="284"/>
        <w:rPr>
          <w:rFonts w:ascii="Garamond" w:hAnsi="Garamond" w:cstheme="majorHAnsi"/>
          <w:sz w:val="24"/>
          <w:szCs w:val="24"/>
        </w:rPr>
      </w:pPr>
      <w:r w:rsidRPr="007F2738">
        <w:rPr>
          <w:rFonts w:ascii="Segoe UI Symbol" w:hAnsi="Segoe UI Symbol" w:cs="Segoe UI Symbol"/>
          <w:sz w:val="24"/>
          <w:szCs w:val="24"/>
        </w:rPr>
        <w:t>☐</w:t>
      </w:r>
      <w:r w:rsidRPr="007F2738">
        <w:rPr>
          <w:rFonts w:ascii="Garamond" w:hAnsi="Garamond" w:cstheme="majorHAnsi"/>
          <w:sz w:val="24"/>
          <w:szCs w:val="24"/>
        </w:rPr>
        <w:t xml:space="preserve"> di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accettare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che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la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presente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istanza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non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costituisce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proposta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contrattuale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né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diritto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all’invito</w:t>
      </w:r>
      <w:proofErr w:type="spellEnd"/>
      <w:r w:rsidRPr="007F2738">
        <w:rPr>
          <w:rFonts w:ascii="Garamond" w:hAnsi="Garamond" w:cstheme="majorHAnsi"/>
          <w:sz w:val="24"/>
          <w:szCs w:val="24"/>
        </w:rPr>
        <w:t>/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affidamento</w:t>
      </w:r>
      <w:proofErr w:type="spellEnd"/>
      <w:r w:rsidRPr="007F2738">
        <w:rPr>
          <w:rFonts w:ascii="Garamond" w:hAnsi="Garamond" w:cstheme="majorHAnsi"/>
          <w:sz w:val="24"/>
          <w:szCs w:val="24"/>
        </w:rPr>
        <w:t>.</w:t>
      </w:r>
    </w:p>
    <w:p w14:paraId="6382ED9A" w14:textId="77777777" w:rsidR="00BC10AD" w:rsidRPr="007F2738" w:rsidRDefault="003A1C3A">
      <w:pPr>
        <w:rPr>
          <w:rFonts w:ascii="Garamond" w:hAnsi="Garamond" w:cstheme="majorHAnsi"/>
          <w:sz w:val="24"/>
          <w:szCs w:val="24"/>
        </w:rPr>
      </w:pPr>
      <w:r w:rsidRPr="007F2738">
        <w:rPr>
          <w:rFonts w:ascii="Garamond" w:hAnsi="Garamond" w:cstheme="majorHAnsi"/>
          <w:sz w:val="24"/>
          <w:szCs w:val="24"/>
        </w:rPr>
        <w:t>5) Privacy</w:t>
      </w:r>
    </w:p>
    <w:p w14:paraId="30E22176" w14:textId="07FDA48C" w:rsidR="00BC10AD" w:rsidRPr="007F2738" w:rsidRDefault="003A1C3A" w:rsidP="005B7D27">
      <w:pPr>
        <w:ind w:left="284" w:hanging="284"/>
        <w:jc w:val="both"/>
        <w:rPr>
          <w:rFonts w:ascii="Garamond" w:hAnsi="Garamond" w:cstheme="majorHAnsi"/>
          <w:sz w:val="24"/>
          <w:szCs w:val="24"/>
        </w:rPr>
      </w:pPr>
      <w:r w:rsidRPr="007F2738">
        <w:rPr>
          <w:rFonts w:ascii="Segoe UI Symbol" w:hAnsi="Segoe UI Symbol" w:cs="Segoe UI Symbol"/>
          <w:sz w:val="24"/>
          <w:szCs w:val="24"/>
        </w:rPr>
        <w:t>☐</w:t>
      </w:r>
      <w:r w:rsidRPr="007F2738">
        <w:rPr>
          <w:rFonts w:ascii="Garamond" w:hAnsi="Garamond" w:cstheme="majorHAnsi"/>
          <w:sz w:val="24"/>
          <w:szCs w:val="24"/>
        </w:rPr>
        <w:t xml:space="preserve"> di aver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preso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visione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dell’Informativa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privacy e di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autorizzare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il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trattamento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dei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dati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per le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finalità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connesse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alla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procedura</w:t>
      </w:r>
      <w:proofErr w:type="spellEnd"/>
      <w:r w:rsidRPr="007F2738">
        <w:rPr>
          <w:rFonts w:ascii="Garamond" w:hAnsi="Garamond" w:cstheme="majorHAnsi"/>
          <w:sz w:val="24"/>
          <w:szCs w:val="24"/>
        </w:rPr>
        <w:t>.</w:t>
      </w:r>
    </w:p>
    <w:p w14:paraId="6E2A70A6" w14:textId="77777777" w:rsidR="00BC10AD" w:rsidRPr="007F2738" w:rsidRDefault="00BC10AD">
      <w:pPr>
        <w:rPr>
          <w:rFonts w:ascii="Garamond" w:hAnsi="Garamond" w:cstheme="majorHAnsi"/>
          <w:sz w:val="24"/>
          <w:szCs w:val="24"/>
        </w:rPr>
      </w:pPr>
    </w:p>
    <w:p w14:paraId="656B109A" w14:textId="77777777" w:rsidR="00C12C2F" w:rsidRPr="007F2738" w:rsidRDefault="00C12C2F">
      <w:pPr>
        <w:rPr>
          <w:rFonts w:ascii="Garamond" w:hAnsi="Garamond" w:cstheme="majorHAnsi"/>
          <w:sz w:val="24"/>
          <w:szCs w:val="24"/>
        </w:rPr>
      </w:pPr>
    </w:p>
    <w:p w14:paraId="6D3086C4" w14:textId="236B460C" w:rsidR="00BC10AD" w:rsidRPr="007F2738" w:rsidRDefault="003A1C3A">
      <w:pPr>
        <w:rPr>
          <w:rFonts w:ascii="Garamond" w:hAnsi="Garamond" w:cstheme="majorHAnsi"/>
          <w:sz w:val="24"/>
          <w:szCs w:val="24"/>
        </w:rPr>
      </w:pPr>
      <w:proofErr w:type="spellStart"/>
      <w:r w:rsidRPr="007F2738">
        <w:rPr>
          <w:rFonts w:ascii="Garamond" w:hAnsi="Garamond" w:cstheme="majorHAnsi"/>
          <w:sz w:val="24"/>
          <w:szCs w:val="24"/>
        </w:rPr>
        <w:t>Luogo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e data ________________________________</w:t>
      </w:r>
    </w:p>
    <w:p w14:paraId="79AEEDC8" w14:textId="77777777" w:rsidR="00BC10AD" w:rsidRPr="007F2738" w:rsidRDefault="003A1C3A">
      <w:pPr>
        <w:rPr>
          <w:rFonts w:ascii="Garamond" w:hAnsi="Garamond" w:cstheme="majorHAnsi"/>
          <w:sz w:val="24"/>
          <w:szCs w:val="24"/>
        </w:rPr>
      </w:pPr>
      <w:proofErr w:type="spellStart"/>
      <w:r w:rsidRPr="007F2738">
        <w:rPr>
          <w:rFonts w:ascii="Garamond" w:hAnsi="Garamond" w:cstheme="majorHAnsi"/>
          <w:sz w:val="24"/>
          <w:szCs w:val="24"/>
        </w:rPr>
        <w:t>Firma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digitale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del </w:t>
      </w:r>
      <w:proofErr w:type="spellStart"/>
      <w:r w:rsidRPr="007F2738">
        <w:rPr>
          <w:rFonts w:ascii="Garamond" w:hAnsi="Garamond" w:cstheme="majorHAnsi"/>
          <w:sz w:val="24"/>
          <w:szCs w:val="24"/>
        </w:rPr>
        <w:t>dichiarante</w:t>
      </w:r>
      <w:proofErr w:type="spellEnd"/>
      <w:r w:rsidRPr="007F2738">
        <w:rPr>
          <w:rFonts w:ascii="Garamond" w:hAnsi="Garamond" w:cstheme="majorHAnsi"/>
          <w:sz w:val="24"/>
          <w:szCs w:val="24"/>
        </w:rPr>
        <w:t xml:space="preserve"> ________________________________</w:t>
      </w:r>
    </w:p>
    <w:sectPr w:rsidR="00BC10AD" w:rsidRPr="007F2738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D89FF" w14:textId="77777777" w:rsidR="00DB1BDB" w:rsidRDefault="00DB1BDB" w:rsidP="00C12C2F">
      <w:pPr>
        <w:spacing w:after="0" w:line="240" w:lineRule="auto"/>
      </w:pPr>
      <w:r>
        <w:separator/>
      </w:r>
    </w:p>
  </w:endnote>
  <w:endnote w:type="continuationSeparator" w:id="0">
    <w:p w14:paraId="06F8AB9F" w14:textId="77777777" w:rsidR="00DB1BDB" w:rsidRDefault="00DB1BDB" w:rsidP="00C12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1A2719" w14:textId="77777777" w:rsidR="00DB1BDB" w:rsidRDefault="00DB1BDB" w:rsidP="00C12C2F">
      <w:pPr>
        <w:spacing w:after="0" w:line="240" w:lineRule="auto"/>
      </w:pPr>
      <w:r>
        <w:separator/>
      </w:r>
    </w:p>
  </w:footnote>
  <w:footnote w:type="continuationSeparator" w:id="0">
    <w:p w14:paraId="32798B1F" w14:textId="77777777" w:rsidR="00DB1BDB" w:rsidRDefault="00DB1BDB" w:rsidP="00C12C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B250CF" w14:textId="06DF962E" w:rsidR="00C12C2F" w:rsidRDefault="00C12C2F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A91057A" wp14:editId="6FD8782E">
          <wp:simplePos x="0" y="0"/>
          <wp:positionH relativeFrom="column">
            <wp:posOffset>-704850</wp:posOffset>
          </wp:positionH>
          <wp:positionV relativeFrom="paragraph">
            <wp:posOffset>-247650</wp:posOffset>
          </wp:positionV>
          <wp:extent cx="6997420" cy="704850"/>
          <wp:effectExtent l="0" t="0" r="0" b="0"/>
          <wp:wrapNone/>
          <wp:docPr id="1715586335" name="Immagine 1715586335" descr="Loghi completi orizzontale RGB-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hi completi orizzontale RGB-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42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C933A11" w14:textId="77777777" w:rsidR="00C12C2F" w:rsidRDefault="00C12C2F">
    <w:pPr>
      <w:pStyle w:val="Intestazione"/>
    </w:pPr>
  </w:p>
  <w:p w14:paraId="02814DB0" w14:textId="77777777" w:rsidR="00C12C2F" w:rsidRDefault="00C12C2F">
    <w:pPr>
      <w:pStyle w:val="Intestazione"/>
    </w:pPr>
  </w:p>
  <w:p w14:paraId="547FE5FE" w14:textId="77777777" w:rsidR="00C12C2F" w:rsidRDefault="00C12C2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37444990">
    <w:abstractNumId w:val="8"/>
  </w:num>
  <w:num w:numId="2" w16cid:durableId="663627156">
    <w:abstractNumId w:val="6"/>
  </w:num>
  <w:num w:numId="3" w16cid:durableId="1396514529">
    <w:abstractNumId w:val="5"/>
  </w:num>
  <w:num w:numId="4" w16cid:durableId="1583296167">
    <w:abstractNumId w:val="4"/>
  </w:num>
  <w:num w:numId="5" w16cid:durableId="330184391">
    <w:abstractNumId w:val="7"/>
  </w:num>
  <w:num w:numId="6" w16cid:durableId="858929506">
    <w:abstractNumId w:val="3"/>
  </w:num>
  <w:num w:numId="7" w16cid:durableId="8484383">
    <w:abstractNumId w:val="2"/>
  </w:num>
  <w:num w:numId="8" w16cid:durableId="908425660">
    <w:abstractNumId w:val="1"/>
  </w:num>
  <w:num w:numId="9" w16cid:durableId="167909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10214"/>
    <w:rsid w:val="00326F90"/>
    <w:rsid w:val="003A1C3A"/>
    <w:rsid w:val="005B7D27"/>
    <w:rsid w:val="007F2738"/>
    <w:rsid w:val="008A2766"/>
    <w:rsid w:val="009D26B4"/>
    <w:rsid w:val="00AA1D8D"/>
    <w:rsid w:val="00AD1CFE"/>
    <w:rsid w:val="00B47730"/>
    <w:rsid w:val="00BC10AD"/>
    <w:rsid w:val="00C12C2F"/>
    <w:rsid w:val="00CB0664"/>
    <w:rsid w:val="00DB1BDB"/>
    <w:rsid w:val="00F534F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C12CCFC"/>
  <w14:defaultImageDpi w14:val="300"/>
  <w15:docId w15:val="{C3164849-B600-4449-BBC4-EC0AADBDE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3A1C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507</Words>
  <Characters>3066</Characters>
  <Application>Microsoft Office Word</Application>
  <DocSecurity>0</DocSecurity>
  <Lines>54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Utente</cp:lastModifiedBy>
  <cp:revision>3</cp:revision>
  <dcterms:created xsi:type="dcterms:W3CDTF">2026-09-03T14:53:00Z</dcterms:created>
  <dcterms:modified xsi:type="dcterms:W3CDTF">2026-09-03T14:57:00Z</dcterms:modified>
  <cp:category/>
</cp:coreProperties>
</file>